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87621" w14:textId="77777777" w:rsidR="00726B5D" w:rsidRPr="007E6956" w:rsidRDefault="00261AB2">
      <w:pPr>
        <w:spacing w:after="80"/>
        <w:rPr>
          <w:rFonts w:ascii="Times New Roman" w:hAnsi="Times New Roman" w:cs="Times New Roman"/>
          <w:sz w:val="24"/>
          <w:szCs w:val="24"/>
          <w:lang w:val="es-ES"/>
        </w:rPr>
      </w:pPr>
      <w:r w:rsidRPr="007E695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43DD06" wp14:editId="2F833514">
            <wp:extent cx="1872000" cy="61233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image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612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00109" w14:textId="77777777" w:rsidR="00596ED4" w:rsidRPr="00596ED4" w:rsidRDefault="00596ED4" w:rsidP="00596ED4">
      <w:pPr>
        <w:pStyle w:val="Ttulo"/>
        <w:spacing w:before="140" w:after="100"/>
        <w:jc w:val="center"/>
        <w:rPr>
          <w:rFonts w:ascii="Times New Roman" w:hAnsi="Times New Roman" w:cs="Times New Roman"/>
          <w:color w:val="auto"/>
          <w:sz w:val="32"/>
          <w:szCs w:val="32"/>
          <w:lang w:val="es-ES"/>
        </w:rPr>
      </w:pPr>
      <w:r w:rsidRPr="00596ED4">
        <w:rPr>
          <w:rFonts w:ascii="Times New Roman" w:hAnsi="Times New Roman" w:cs="Times New Roman"/>
          <w:color w:val="auto"/>
          <w:sz w:val="32"/>
          <w:szCs w:val="32"/>
          <w:lang w:val="es-ES"/>
        </w:rPr>
        <w:t>ANEXO I</w:t>
      </w:r>
    </w:p>
    <w:p w14:paraId="3F54798E" w14:textId="77777777" w:rsidR="00596ED4" w:rsidRPr="00596ED4" w:rsidRDefault="00596ED4" w:rsidP="00596ED4">
      <w:pPr>
        <w:spacing w:after="200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596ED4">
        <w:rPr>
          <w:rFonts w:ascii="Times New Roman" w:hAnsi="Times New Roman" w:cs="Times New Roman"/>
          <w:b/>
          <w:sz w:val="24"/>
          <w:szCs w:val="24"/>
          <w:lang w:val="es-ES"/>
        </w:rPr>
        <w:t>SOLICITUD DE PARTICIPACIÓN EN LA CONVOCATORIA DE HUERTOS URBANOS ECOLÓGICOS · 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1"/>
      </w:tblGrid>
      <w:tr w:rsidR="00596ED4" w:rsidRPr="00596ED4" w14:paraId="65B7DDC4" w14:textId="77777777" w:rsidTr="00596ED4">
        <w:trPr>
          <w:trHeight w:val="510"/>
          <w:jc w:val="center"/>
        </w:trPr>
        <w:tc>
          <w:tcPr>
            <w:tcW w:w="9071" w:type="dxa"/>
            <w:tcBorders>
              <w:top w:val="single" w:sz="6" w:space="0" w:color="BFC6CC"/>
              <w:left w:val="single" w:sz="6" w:space="0" w:color="BFC6CC"/>
              <w:bottom w:val="single" w:sz="6" w:space="0" w:color="BFC6CC"/>
              <w:right w:val="single" w:sz="6" w:space="0" w:color="BFC6CC"/>
            </w:tcBorders>
            <w:hideMark/>
          </w:tcPr>
          <w:p w14:paraId="26C81AC6" w14:textId="77777777" w:rsidR="00596ED4" w:rsidRPr="00596ED4" w:rsidRDefault="00596ED4">
            <w:pPr>
              <w:spacing w:after="0"/>
              <w:rPr>
                <w:rFonts w:ascii="Times New Roman" w:hAnsi="Times New Roman" w:cs="Times New Roman"/>
                <w:lang w:val="es-ES"/>
              </w:rPr>
            </w:pPr>
            <w:r w:rsidRPr="00596ED4">
              <w:rPr>
                <w:rFonts w:ascii="Times New Roman" w:hAnsi="Times New Roman" w:cs="Times New Roman"/>
                <w:b/>
                <w:sz w:val="19"/>
                <w:lang w:val="es-ES"/>
              </w:rPr>
              <w:t>Nombre y apellidos:</w:t>
            </w:r>
            <w:r w:rsidRPr="00596ED4">
              <w:rPr>
                <w:rFonts w:ascii="Times New Roman" w:hAnsi="Times New Roman" w:cs="Times New Roman"/>
                <w:sz w:val="19"/>
                <w:lang w:val="es-ES"/>
              </w:rPr>
              <w:t xml:space="preserve"> _______________________________________</w:t>
            </w:r>
          </w:p>
        </w:tc>
      </w:tr>
      <w:tr w:rsidR="00596ED4" w:rsidRPr="00596ED4" w14:paraId="40BBFF7D" w14:textId="77777777" w:rsidTr="00596ED4">
        <w:trPr>
          <w:trHeight w:val="510"/>
          <w:jc w:val="center"/>
        </w:trPr>
        <w:tc>
          <w:tcPr>
            <w:tcW w:w="9071" w:type="dxa"/>
            <w:tcBorders>
              <w:top w:val="single" w:sz="6" w:space="0" w:color="BFC6CC"/>
              <w:left w:val="single" w:sz="6" w:space="0" w:color="BFC6CC"/>
              <w:bottom w:val="single" w:sz="6" w:space="0" w:color="BFC6CC"/>
              <w:right w:val="single" w:sz="6" w:space="0" w:color="BFC6CC"/>
            </w:tcBorders>
            <w:hideMark/>
          </w:tcPr>
          <w:p w14:paraId="59C39F1D" w14:textId="77777777" w:rsidR="00596ED4" w:rsidRPr="00596ED4" w:rsidRDefault="00596ED4">
            <w:pPr>
              <w:spacing w:after="0"/>
              <w:rPr>
                <w:rFonts w:ascii="Times New Roman" w:hAnsi="Times New Roman" w:cs="Times New Roman"/>
                <w:lang w:val="es-ES"/>
              </w:rPr>
            </w:pPr>
            <w:r w:rsidRPr="00596ED4">
              <w:rPr>
                <w:rFonts w:ascii="Times New Roman" w:hAnsi="Times New Roman" w:cs="Times New Roman"/>
                <w:b/>
                <w:sz w:val="19"/>
                <w:lang w:val="es-ES"/>
              </w:rPr>
              <w:t>DNI/NIE:</w:t>
            </w:r>
            <w:r w:rsidRPr="00596ED4">
              <w:rPr>
                <w:rFonts w:ascii="Times New Roman" w:hAnsi="Times New Roman" w:cs="Times New Roman"/>
                <w:sz w:val="19"/>
                <w:lang w:val="es-ES"/>
              </w:rPr>
              <w:t xml:space="preserve"> __________________________________________________</w:t>
            </w:r>
          </w:p>
        </w:tc>
      </w:tr>
      <w:tr w:rsidR="00596ED4" w:rsidRPr="00596ED4" w14:paraId="0751EC7E" w14:textId="77777777" w:rsidTr="00596ED4">
        <w:trPr>
          <w:trHeight w:val="510"/>
          <w:jc w:val="center"/>
        </w:trPr>
        <w:tc>
          <w:tcPr>
            <w:tcW w:w="9071" w:type="dxa"/>
            <w:tcBorders>
              <w:top w:val="single" w:sz="6" w:space="0" w:color="BFC6CC"/>
              <w:left w:val="single" w:sz="6" w:space="0" w:color="BFC6CC"/>
              <w:bottom w:val="single" w:sz="6" w:space="0" w:color="BFC6CC"/>
              <w:right w:val="single" w:sz="6" w:space="0" w:color="BFC6CC"/>
            </w:tcBorders>
            <w:hideMark/>
          </w:tcPr>
          <w:p w14:paraId="07454417" w14:textId="77777777" w:rsidR="00596ED4" w:rsidRPr="00596ED4" w:rsidRDefault="00596ED4">
            <w:pPr>
              <w:spacing w:after="0"/>
              <w:rPr>
                <w:rFonts w:ascii="Times New Roman" w:hAnsi="Times New Roman" w:cs="Times New Roman"/>
                <w:lang w:val="es-ES"/>
              </w:rPr>
            </w:pPr>
            <w:r w:rsidRPr="00596ED4">
              <w:rPr>
                <w:rFonts w:ascii="Times New Roman" w:hAnsi="Times New Roman" w:cs="Times New Roman"/>
                <w:b/>
                <w:sz w:val="19"/>
                <w:lang w:val="es-ES"/>
              </w:rPr>
              <w:t>Fecha de nacimiento:</w:t>
            </w:r>
            <w:r w:rsidRPr="00596ED4">
              <w:rPr>
                <w:rFonts w:ascii="Times New Roman" w:hAnsi="Times New Roman" w:cs="Times New Roman"/>
                <w:sz w:val="19"/>
                <w:lang w:val="es-ES"/>
              </w:rPr>
              <w:t xml:space="preserve"> ______________________________________</w:t>
            </w:r>
          </w:p>
        </w:tc>
      </w:tr>
      <w:tr w:rsidR="00596ED4" w:rsidRPr="00596ED4" w14:paraId="7452D4E2" w14:textId="77777777" w:rsidTr="00596ED4">
        <w:trPr>
          <w:trHeight w:val="510"/>
          <w:jc w:val="center"/>
        </w:trPr>
        <w:tc>
          <w:tcPr>
            <w:tcW w:w="9071" w:type="dxa"/>
            <w:tcBorders>
              <w:top w:val="single" w:sz="6" w:space="0" w:color="BFC6CC"/>
              <w:left w:val="single" w:sz="6" w:space="0" w:color="BFC6CC"/>
              <w:bottom w:val="single" w:sz="6" w:space="0" w:color="BFC6CC"/>
              <w:right w:val="single" w:sz="6" w:space="0" w:color="BFC6CC"/>
            </w:tcBorders>
            <w:hideMark/>
          </w:tcPr>
          <w:p w14:paraId="6CEA51D9" w14:textId="77777777" w:rsidR="00596ED4" w:rsidRPr="00596ED4" w:rsidRDefault="00596ED4">
            <w:pPr>
              <w:spacing w:after="0"/>
              <w:rPr>
                <w:rFonts w:ascii="Times New Roman" w:hAnsi="Times New Roman" w:cs="Times New Roman"/>
                <w:lang w:val="es-ES"/>
              </w:rPr>
            </w:pPr>
            <w:r w:rsidRPr="00596ED4">
              <w:rPr>
                <w:rFonts w:ascii="Times New Roman" w:hAnsi="Times New Roman" w:cs="Times New Roman"/>
                <w:b/>
                <w:sz w:val="19"/>
                <w:lang w:val="es-ES"/>
              </w:rPr>
              <w:t>Domicilio en Villabáñez:</w:t>
            </w:r>
            <w:r w:rsidRPr="00596ED4">
              <w:rPr>
                <w:rFonts w:ascii="Times New Roman" w:hAnsi="Times New Roman" w:cs="Times New Roman"/>
                <w:sz w:val="19"/>
                <w:lang w:val="es-ES"/>
              </w:rPr>
              <w:t xml:space="preserve"> __________________________________</w:t>
            </w:r>
          </w:p>
        </w:tc>
      </w:tr>
      <w:tr w:rsidR="00596ED4" w:rsidRPr="00596ED4" w14:paraId="1863134B" w14:textId="77777777" w:rsidTr="00596ED4">
        <w:trPr>
          <w:trHeight w:val="510"/>
          <w:jc w:val="center"/>
        </w:trPr>
        <w:tc>
          <w:tcPr>
            <w:tcW w:w="9071" w:type="dxa"/>
            <w:tcBorders>
              <w:top w:val="single" w:sz="6" w:space="0" w:color="BFC6CC"/>
              <w:left w:val="single" w:sz="6" w:space="0" w:color="BFC6CC"/>
              <w:bottom w:val="single" w:sz="6" w:space="0" w:color="BFC6CC"/>
              <w:right w:val="single" w:sz="6" w:space="0" w:color="BFC6CC"/>
            </w:tcBorders>
            <w:hideMark/>
          </w:tcPr>
          <w:p w14:paraId="28BDE767" w14:textId="77777777" w:rsidR="00596ED4" w:rsidRPr="00596ED4" w:rsidRDefault="00596ED4">
            <w:pPr>
              <w:spacing w:after="0"/>
              <w:rPr>
                <w:rFonts w:ascii="Times New Roman" w:hAnsi="Times New Roman" w:cs="Times New Roman"/>
                <w:lang w:val="es-ES"/>
              </w:rPr>
            </w:pPr>
            <w:r w:rsidRPr="00596ED4">
              <w:rPr>
                <w:rFonts w:ascii="Times New Roman" w:hAnsi="Times New Roman" w:cs="Times New Roman"/>
                <w:b/>
                <w:sz w:val="19"/>
                <w:lang w:val="es-ES"/>
              </w:rPr>
              <w:t>Teléfono / correo electrónico:</w:t>
            </w:r>
            <w:r w:rsidRPr="00596ED4">
              <w:rPr>
                <w:rFonts w:ascii="Times New Roman" w:hAnsi="Times New Roman" w:cs="Times New Roman"/>
                <w:sz w:val="19"/>
                <w:lang w:val="es-ES"/>
              </w:rPr>
              <w:t xml:space="preserve"> ____________________________</w:t>
            </w:r>
          </w:p>
        </w:tc>
      </w:tr>
    </w:tbl>
    <w:p w14:paraId="2BE7D28E" w14:textId="77777777" w:rsidR="00596ED4" w:rsidRPr="00596ED4" w:rsidRDefault="00596ED4" w:rsidP="00596ED4">
      <w:pPr>
        <w:pStyle w:val="Ttulo1"/>
        <w:spacing w:before="200" w:after="80"/>
        <w:rPr>
          <w:rFonts w:ascii="Times New Roman" w:hAnsi="Times New Roman" w:cs="Times New Roman"/>
          <w:color w:val="auto"/>
          <w:sz w:val="24"/>
          <w:szCs w:val="24"/>
          <w:lang w:val="es-ES"/>
        </w:rPr>
      </w:pPr>
      <w:r w:rsidRPr="00596ED4">
        <w:rPr>
          <w:rFonts w:ascii="Times New Roman" w:hAnsi="Times New Roman" w:cs="Times New Roman"/>
          <w:color w:val="auto"/>
          <w:sz w:val="24"/>
          <w:szCs w:val="24"/>
          <w:lang w:val="es-ES"/>
        </w:rPr>
        <w:t>DECLARA</w:t>
      </w:r>
    </w:p>
    <w:p w14:paraId="77854ECD" w14:textId="77777777" w:rsidR="00596ED4" w:rsidRPr="00596ED4" w:rsidRDefault="00596ED4" w:rsidP="00596ED4">
      <w:pPr>
        <w:spacing w:after="60"/>
        <w:ind w:left="198" w:hanging="57"/>
        <w:rPr>
          <w:rFonts w:ascii="Times New Roman" w:hAnsi="Times New Roman" w:cs="Times New Roman"/>
          <w:sz w:val="24"/>
          <w:szCs w:val="24"/>
          <w:lang w:val="es-ES"/>
        </w:rPr>
      </w:pPr>
      <w:r w:rsidRPr="00596ED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596ED4">
        <w:rPr>
          <w:rFonts w:ascii="Times New Roman" w:hAnsi="Times New Roman" w:cs="Times New Roman"/>
          <w:sz w:val="24"/>
          <w:szCs w:val="24"/>
          <w:lang w:val="es-ES"/>
        </w:rPr>
        <w:t xml:space="preserve"> Que soy persona física mayor de edad y estoy empadronado/a en el municipio de Villabáñez.</w:t>
      </w:r>
    </w:p>
    <w:p w14:paraId="502CF7AC" w14:textId="77777777" w:rsidR="00596ED4" w:rsidRPr="00596ED4" w:rsidRDefault="00596ED4" w:rsidP="00596ED4">
      <w:pPr>
        <w:spacing w:after="60"/>
        <w:ind w:left="198" w:hanging="57"/>
        <w:rPr>
          <w:rFonts w:ascii="Times New Roman" w:hAnsi="Times New Roman" w:cs="Times New Roman"/>
          <w:sz w:val="24"/>
          <w:szCs w:val="24"/>
          <w:lang w:val="es-ES"/>
        </w:rPr>
      </w:pPr>
      <w:r w:rsidRPr="00596ED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596ED4">
        <w:rPr>
          <w:rFonts w:ascii="Times New Roman" w:hAnsi="Times New Roman" w:cs="Times New Roman"/>
          <w:sz w:val="24"/>
          <w:szCs w:val="24"/>
          <w:lang w:val="es-ES"/>
        </w:rPr>
        <w:t xml:space="preserve"> Que me encuentro al corriente en el pago de las obligaciones tributarias municipales.</w:t>
      </w:r>
    </w:p>
    <w:p w14:paraId="68265C38" w14:textId="77777777" w:rsidR="00596ED4" w:rsidRPr="00596ED4" w:rsidRDefault="00596ED4" w:rsidP="00596ED4">
      <w:pPr>
        <w:spacing w:after="60"/>
        <w:ind w:left="198" w:hanging="57"/>
        <w:rPr>
          <w:rFonts w:ascii="Times New Roman" w:hAnsi="Times New Roman" w:cs="Times New Roman"/>
          <w:sz w:val="24"/>
          <w:szCs w:val="24"/>
          <w:lang w:val="es-ES"/>
        </w:rPr>
      </w:pPr>
      <w:r w:rsidRPr="00596ED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596ED4">
        <w:rPr>
          <w:rFonts w:ascii="Times New Roman" w:hAnsi="Times New Roman" w:cs="Times New Roman"/>
          <w:sz w:val="24"/>
          <w:szCs w:val="24"/>
          <w:lang w:val="es-ES"/>
        </w:rPr>
        <w:t xml:space="preserve"> Que no convivo con otra persona que tenga adjudicado un huerto urbano municipal.</w:t>
      </w:r>
    </w:p>
    <w:p w14:paraId="22ACCF46" w14:textId="77777777" w:rsidR="00596ED4" w:rsidRPr="00596ED4" w:rsidRDefault="00596ED4" w:rsidP="00596ED4">
      <w:pPr>
        <w:spacing w:after="60"/>
        <w:ind w:left="198" w:hanging="57"/>
        <w:rPr>
          <w:rFonts w:ascii="Times New Roman" w:hAnsi="Times New Roman" w:cs="Times New Roman"/>
          <w:sz w:val="24"/>
          <w:szCs w:val="24"/>
          <w:lang w:val="es-ES"/>
        </w:rPr>
      </w:pPr>
      <w:r w:rsidRPr="00596ED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596ED4">
        <w:rPr>
          <w:rFonts w:ascii="Times New Roman" w:hAnsi="Times New Roman" w:cs="Times New Roman"/>
          <w:sz w:val="24"/>
          <w:szCs w:val="24"/>
          <w:lang w:val="es-ES"/>
        </w:rPr>
        <w:t xml:space="preserve"> Que no he sido privado/a de una parcela de huerto urbano mediante expediente sancionador.</w:t>
      </w:r>
    </w:p>
    <w:p w14:paraId="5A987EBA" w14:textId="77777777" w:rsidR="00596ED4" w:rsidRPr="00596ED4" w:rsidRDefault="00596ED4" w:rsidP="00596ED4">
      <w:pPr>
        <w:spacing w:after="60"/>
        <w:ind w:left="198" w:hanging="57"/>
        <w:rPr>
          <w:rFonts w:ascii="Times New Roman" w:hAnsi="Times New Roman" w:cs="Times New Roman"/>
          <w:sz w:val="24"/>
          <w:szCs w:val="24"/>
          <w:lang w:val="es-ES"/>
        </w:rPr>
      </w:pPr>
      <w:r w:rsidRPr="00596ED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596ED4">
        <w:rPr>
          <w:rFonts w:ascii="Times New Roman" w:hAnsi="Times New Roman" w:cs="Times New Roman"/>
          <w:sz w:val="24"/>
          <w:szCs w:val="24"/>
          <w:lang w:val="es-ES"/>
        </w:rPr>
        <w:t xml:space="preserve"> Que conozco y acepto las condiciones establecidas en la Ordenanza municipal reguladora de los Huertos Ecológicos Urbanos de Villabáñez.</w:t>
      </w:r>
    </w:p>
    <w:p w14:paraId="27429EA8" w14:textId="77777777" w:rsidR="00596ED4" w:rsidRPr="00596ED4" w:rsidRDefault="00596ED4" w:rsidP="00596ED4">
      <w:pPr>
        <w:spacing w:after="60"/>
        <w:ind w:left="198" w:hanging="57"/>
        <w:rPr>
          <w:rFonts w:ascii="Times New Roman" w:hAnsi="Times New Roman" w:cs="Times New Roman"/>
          <w:sz w:val="24"/>
          <w:szCs w:val="24"/>
          <w:lang w:val="es-ES"/>
        </w:rPr>
      </w:pPr>
      <w:r w:rsidRPr="00596ED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596ED4">
        <w:rPr>
          <w:rFonts w:ascii="Times New Roman" w:hAnsi="Times New Roman" w:cs="Times New Roman"/>
          <w:sz w:val="24"/>
          <w:szCs w:val="24"/>
          <w:lang w:val="es-ES"/>
        </w:rPr>
        <w:t xml:space="preserve"> Que los datos consignados en esta solicitud son ciertos y me comprometo a comunicar cualquier cambio que pueda afectar al cumplimiento de los requisitos.</w:t>
      </w:r>
    </w:p>
    <w:p w14:paraId="41CD5AE3" w14:textId="77777777" w:rsidR="00596ED4" w:rsidRPr="00596ED4" w:rsidRDefault="00596ED4" w:rsidP="00596ED4">
      <w:pPr>
        <w:pStyle w:val="Ttulo1"/>
        <w:spacing w:before="160" w:after="80"/>
        <w:rPr>
          <w:rFonts w:ascii="Times New Roman" w:hAnsi="Times New Roman" w:cs="Times New Roman"/>
          <w:color w:val="auto"/>
          <w:sz w:val="24"/>
          <w:szCs w:val="24"/>
          <w:lang w:val="es-ES"/>
        </w:rPr>
      </w:pPr>
      <w:r w:rsidRPr="00596ED4">
        <w:rPr>
          <w:rFonts w:ascii="Times New Roman" w:hAnsi="Times New Roman" w:cs="Times New Roman"/>
          <w:color w:val="auto"/>
          <w:sz w:val="24"/>
          <w:szCs w:val="24"/>
          <w:lang w:val="es-ES"/>
        </w:rPr>
        <w:t>SOLICITA</w:t>
      </w:r>
    </w:p>
    <w:p w14:paraId="7E2497B8" w14:textId="77777777" w:rsidR="00596ED4" w:rsidRPr="00596ED4" w:rsidRDefault="00596ED4" w:rsidP="00596ED4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96ED4">
        <w:rPr>
          <w:rFonts w:ascii="Times New Roman" w:hAnsi="Times New Roman" w:cs="Times New Roman"/>
          <w:sz w:val="24"/>
          <w:szCs w:val="24"/>
          <w:lang w:val="es-ES"/>
        </w:rPr>
        <w:t>Ser admitido/a en la convocatoria de 2026 para la adjudicación mediante sorteo público de una autorización de uso de los Huertos Urbanos Ecológicos del Ayuntamiento de Villabáñez.</w:t>
      </w:r>
    </w:p>
    <w:p w14:paraId="5CDD6534" w14:textId="77777777" w:rsidR="00596ED4" w:rsidRPr="00596ED4" w:rsidRDefault="00596ED4" w:rsidP="00596ED4">
      <w:pPr>
        <w:pStyle w:val="Ttulo1"/>
        <w:spacing w:before="140" w:after="80"/>
        <w:rPr>
          <w:rFonts w:ascii="Times New Roman" w:hAnsi="Times New Roman" w:cs="Times New Roman"/>
          <w:color w:val="auto"/>
          <w:sz w:val="24"/>
          <w:szCs w:val="24"/>
          <w:lang w:val="es-ES"/>
        </w:rPr>
      </w:pPr>
      <w:r w:rsidRPr="00596ED4">
        <w:rPr>
          <w:rFonts w:ascii="Times New Roman" w:hAnsi="Times New Roman" w:cs="Times New Roman"/>
          <w:color w:val="auto"/>
          <w:sz w:val="24"/>
          <w:szCs w:val="24"/>
          <w:lang w:val="es-ES"/>
        </w:rPr>
        <w:t>DOCUMENTACIÓN</w:t>
      </w:r>
    </w:p>
    <w:p w14:paraId="3480635E" w14:textId="77777777" w:rsidR="00596ED4" w:rsidRPr="00596ED4" w:rsidRDefault="00596ED4" w:rsidP="00596ED4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96ED4">
        <w:rPr>
          <w:rFonts w:ascii="Segoe UI Symbol" w:hAnsi="Segoe UI Symbol" w:cs="Segoe UI Symbol"/>
          <w:sz w:val="24"/>
          <w:szCs w:val="24"/>
          <w:lang w:val="es-ES"/>
        </w:rPr>
        <w:t>☐</w:t>
      </w:r>
      <w:r w:rsidRPr="00596ED4">
        <w:rPr>
          <w:rFonts w:ascii="Times New Roman" w:hAnsi="Times New Roman" w:cs="Times New Roman"/>
          <w:sz w:val="24"/>
          <w:szCs w:val="24"/>
          <w:lang w:val="es-ES"/>
        </w:rPr>
        <w:t xml:space="preserve"> DNI/NIE o documento equivalente, cuando proceda conforme a la convocatoria.</w:t>
      </w:r>
    </w:p>
    <w:p w14:paraId="3C70E112" w14:textId="77777777" w:rsidR="00596ED4" w:rsidRPr="00596ED4" w:rsidRDefault="00596ED4" w:rsidP="00596ED4">
      <w:pPr>
        <w:rPr>
          <w:rFonts w:ascii="Times New Roman" w:hAnsi="Times New Roman" w:cs="Times New Roman"/>
          <w:sz w:val="24"/>
          <w:szCs w:val="24"/>
          <w:lang w:val="es-ES"/>
        </w:rPr>
      </w:pPr>
      <w:r w:rsidRPr="00596ED4">
        <w:rPr>
          <w:rFonts w:ascii="Times New Roman" w:hAnsi="Times New Roman" w:cs="Times New Roman"/>
          <w:sz w:val="24"/>
          <w:szCs w:val="24"/>
          <w:lang w:val="es-ES"/>
        </w:rPr>
        <w:t>El Ayuntamiento comprobará de oficio el empadronamiento, la situación respecto de las obligaciones municipales y las demás circunstancias que pueda verificar directamente, conforme a la Ordenanza.</w:t>
      </w:r>
    </w:p>
    <w:p w14:paraId="517733CC" w14:textId="77777777" w:rsidR="00596ED4" w:rsidRPr="00596ED4" w:rsidRDefault="00596ED4" w:rsidP="00596ED4">
      <w:pPr>
        <w:spacing w:before="200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596ED4">
        <w:rPr>
          <w:rFonts w:ascii="Times New Roman" w:hAnsi="Times New Roman" w:cs="Times New Roman"/>
          <w:sz w:val="24"/>
          <w:szCs w:val="24"/>
          <w:lang w:val="es-ES"/>
        </w:rPr>
        <w:t>En Villabáñez, a ____ de noviembre de 2026.</w:t>
      </w:r>
    </w:p>
    <w:p w14:paraId="650B0527" w14:textId="77777777" w:rsidR="00596ED4" w:rsidRPr="00596ED4" w:rsidRDefault="00596ED4" w:rsidP="00596ED4">
      <w:pPr>
        <w:spacing w:before="240" w:after="440"/>
        <w:jc w:val="center"/>
        <w:rPr>
          <w:rFonts w:ascii="Times New Roman" w:hAnsi="Times New Roman" w:cs="Times New Roman"/>
          <w:lang w:val="es-ES"/>
        </w:rPr>
      </w:pPr>
      <w:r w:rsidRPr="00596ED4">
        <w:rPr>
          <w:rFonts w:ascii="Times New Roman" w:hAnsi="Times New Roman" w:cs="Times New Roman"/>
          <w:b/>
          <w:sz w:val="19"/>
          <w:lang w:val="es-ES"/>
        </w:rPr>
        <w:t>Firma de la persona solicitante</w:t>
      </w:r>
    </w:p>
    <w:p w14:paraId="72D1A685" w14:textId="77777777" w:rsidR="00596ED4" w:rsidRPr="00596ED4" w:rsidRDefault="00596ED4" w:rsidP="00596ED4">
      <w:pPr>
        <w:jc w:val="center"/>
        <w:rPr>
          <w:rFonts w:ascii="Times New Roman" w:hAnsi="Times New Roman" w:cs="Times New Roman"/>
          <w:lang w:val="es-ES"/>
        </w:rPr>
      </w:pPr>
      <w:r w:rsidRPr="00596ED4">
        <w:rPr>
          <w:rFonts w:ascii="Times New Roman" w:hAnsi="Times New Roman" w:cs="Times New Roman"/>
          <w:sz w:val="19"/>
          <w:lang w:val="es-ES"/>
        </w:rPr>
        <w:t>Fdo.: 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596ED4" w:rsidRPr="00596ED4" w14:paraId="20EAF39F" w14:textId="77777777" w:rsidTr="00596ED4">
        <w:trPr>
          <w:jc w:val="center"/>
        </w:trPr>
        <w:tc>
          <w:tcPr>
            <w:tcW w:w="9746" w:type="dxa"/>
            <w:tcBorders>
              <w:top w:val="single" w:sz="6" w:space="0" w:color="BFC6CC"/>
              <w:left w:val="single" w:sz="6" w:space="0" w:color="BFC6CC"/>
              <w:bottom w:val="single" w:sz="6" w:space="0" w:color="BFC6CC"/>
              <w:right w:val="single" w:sz="6" w:space="0" w:color="BFC6CC"/>
            </w:tcBorders>
            <w:shd w:val="clear" w:color="auto" w:fill="F4F5F6"/>
            <w:hideMark/>
          </w:tcPr>
          <w:p w14:paraId="6FEE3818" w14:textId="77777777" w:rsidR="00596ED4" w:rsidRPr="00596ED4" w:rsidRDefault="00596ED4">
            <w:pPr>
              <w:spacing w:after="0" w:line="240" w:lineRule="auto"/>
              <w:rPr>
                <w:rFonts w:ascii="Times New Roman" w:hAnsi="Times New Roman" w:cs="Times New Roman"/>
                <w:lang w:val="es-ES"/>
              </w:rPr>
            </w:pPr>
            <w:r w:rsidRPr="00596ED4">
              <w:rPr>
                <w:rFonts w:ascii="Times New Roman" w:hAnsi="Times New Roman" w:cs="Times New Roman"/>
                <w:b/>
                <w:sz w:val="15"/>
                <w:lang w:val="es-ES"/>
              </w:rPr>
              <w:t xml:space="preserve">Información básica sobre protección de datos. </w:t>
            </w:r>
            <w:r w:rsidRPr="00596ED4">
              <w:rPr>
                <w:rFonts w:ascii="Times New Roman" w:hAnsi="Times New Roman" w:cs="Times New Roman"/>
                <w:sz w:val="15"/>
                <w:lang w:val="es-ES"/>
              </w:rPr>
              <w:t>Responsable: Ayuntamiento de Villabáñez. Finalidad: tramitar la convocatoria, adjudicación y gestión de los Huertos Urbanos Ecológicos. Base jurídica: ejercicio de competencias públicas y cumplimiento de obligaciones legales. Las personas interesadas podrán ejercer sus derechos de protección de datos ante el Ayuntamiento por los canales legalmente habilitados.</w:t>
            </w:r>
          </w:p>
        </w:tc>
      </w:tr>
    </w:tbl>
    <w:p w14:paraId="7090DAD3" w14:textId="77777777" w:rsidR="00596ED4" w:rsidRPr="00596ED4" w:rsidRDefault="00596ED4" w:rsidP="00596ED4">
      <w:pPr>
        <w:spacing w:before="160" w:after="0"/>
        <w:jc w:val="center"/>
        <w:rPr>
          <w:rFonts w:ascii="Times New Roman" w:hAnsi="Times New Roman" w:cs="Times New Roman"/>
          <w:lang w:val="es-ES"/>
        </w:rPr>
      </w:pPr>
      <w:r w:rsidRPr="00596ED4">
        <w:rPr>
          <w:rFonts w:ascii="Times New Roman" w:hAnsi="Times New Roman" w:cs="Times New Roman"/>
          <w:b/>
          <w:sz w:val="19"/>
          <w:lang w:val="es-ES"/>
        </w:rPr>
        <w:t>SR. ALCALDE-PRESIDENTE DEL AYUNTAMIENTO DE VILLABÁÑEZ</w:t>
      </w:r>
    </w:p>
    <w:sectPr w:rsidR="00596ED4" w:rsidRPr="00596ED4" w:rsidSect="00034616">
      <w:footerReference w:type="default" r:id="rId9"/>
      <w:pgSz w:w="12240" w:h="15840"/>
      <w:pgMar w:top="907" w:right="1191" w:bottom="907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30DDE" w14:textId="77777777" w:rsidR="00261AB2" w:rsidRDefault="00261AB2">
      <w:pPr>
        <w:spacing w:after="0" w:line="240" w:lineRule="auto"/>
      </w:pPr>
      <w:r>
        <w:separator/>
      </w:r>
    </w:p>
  </w:endnote>
  <w:endnote w:type="continuationSeparator" w:id="0">
    <w:p w14:paraId="79FDCC4A" w14:textId="77777777" w:rsidR="00261AB2" w:rsidRDefault="0026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8845D" w14:textId="6AA0AF78" w:rsidR="00726B5D" w:rsidRDefault="00726B5D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A510E" w14:textId="77777777" w:rsidR="00261AB2" w:rsidRDefault="00261AB2">
      <w:pPr>
        <w:spacing w:after="0" w:line="240" w:lineRule="auto"/>
      </w:pPr>
      <w:r>
        <w:separator/>
      </w:r>
    </w:p>
  </w:footnote>
  <w:footnote w:type="continuationSeparator" w:id="0">
    <w:p w14:paraId="4395F09F" w14:textId="77777777" w:rsidR="00261AB2" w:rsidRDefault="00261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1AB2"/>
    <w:rsid w:val="0029639D"/>
    <w:rsid w:val="00326F90"/>
    <w:rsid w:val="0033214F"/>
    <w:rsid w:val="00596ED4"/>
    <w:rsid w:val="00726B5D"/>
    <w:rsid w:val="007E6956"/>
    <w:rsid w:val="00AA1D8D"/>
    <w:rsid w:val="00B47730"/>
    <w:rsid w:val="00CB0664"/>
    <w:rsid w:val="00D032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45238F"/>
  <w14:defaultImageDpi w14:val="330"/>
  <w15:docId w15:val="{E0C67DBC-31F7-4CA3-BBA9-FDA0FC8C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326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Villabáñez Alcalde</cp:lastModifiedBy>
  <cp:revision>5</cp:revision>
  <dcterms:created xsi:type="dcterms:W3CDTF">2013-12-23T23:15:00Z</dcterms:created>
  <dcterms:modified xsi:type="dcterms:W3CDTF">2026-10-06T14:43:00Z</dcterms:modified>
  <cp:category/>
</cp:coreProperties>
</file>